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על חודש כסליו ועל חג החנוכה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וערכים הקשורים לחודש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מחשבה אישית על אור ותקווה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נס גדול היה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סופגניות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חג הבנות נחוג בסוף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רק בחלק מהקהילות נוהגים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אור קשור לנושא החודש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גם יורה וגם מלקוש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אומץ הוא אחד הערכים בפינה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לביבות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ערך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(מנצח את החושך)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(אמונה שהמצב ישתפר)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(אירוע מיוחד ויוצא דופן)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(יכולת להתגבר על פחד)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(דאגה של אנשים זה לזה)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משאלה או מעשה טוב הקשור לאור, תקווה או נתינה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יורה-גשמי בוקר, מלקוש-גשמי ערב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אור / תקווה / נס / אומץ / ערבות 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לחבר כל שאלה לעמוד המתאים בלוח הקיר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בשיתוף כמה תשובות מהחלק הפתוח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שאלות קלות על חודש כסליו ועל חג החנוכה.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כסליו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של חודש בלוח השנה העברי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יורה ומלקוש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שמות לגשמי הבוקר וגשמי הערב בחורף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סביבון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צעצוע מתגלגל עם ארבע אותיות, משחקים בו בחנוכה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חג הבנות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קטן שחוגגים בסוף 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נר נוסף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נר נוסף שמדליקים בחלק מהקהילות בחנוכה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ערבות הדדית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דואגים אחד לשני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מיוחד שקורה ולא מובן מאליו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המזל של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העונה של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חג בכסליו?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שבועות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אומרות אותיות הסביבון?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 גדול היה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נס גדול היה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נר גדול היה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נס קטן היה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אוכלים בחנוכה?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תפוחים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סופגניות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עוגיות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פירות יבשים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הבנות קשור לסוף חג החנוכה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הקהילות היהודיות נהוג להדליק נר נוסף בחנוכה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החודש כוללת את משפחת המילים א-ו-ר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יש רק גשמי יורה ואין מלקוש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פינת הערכים עוסקת בין השאר בערך האומץ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חודש כסליו הוא חודש ה־__________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הסביבון הוא צעצוע מתגלגל שקשור לחג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גשמי הבוקר נקראים __________ וגשמי הערב נקראים מלקוש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המילה חנוכה שייכת לאותה משפחת מילים כמו המילה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מאכל מסורתי מתפוחי אדמה שאוכלים בחנוכה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ערך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דאגה של אנשים זה לזה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יכולת להתגבר על פחד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אמונה שהמצב ישתפר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מנצח את החושך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ערבות הדדית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אירוע מיוחד ויוצא דופן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או שניים בהשראת 'האור שלי' – משאלה, מילה טובה או מעשה טוב שתרצו לעשות בחודש כסליו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המזל של חודש כסליו?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יורה למלקוש?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ערך אחד שלומדים עליו בחודש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חודש כסליו וחנוכה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